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DIESEL SUPPLY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Grade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 (Litres)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(AED/L)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High Speed Diesel - Bulk Supply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HSD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5000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3.05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15,250.00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7 days and subject to daily market rates.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Minimum order quantity applies for delivery.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Delivery within Dubai; other emirates on request.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Payment: as per credit terms agreed in advance.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