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MATERIAL SUPPLY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Item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Cement (OPC 53 grade)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bags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22.00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2,200.00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15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100% payment against delivery unless credit terms agreed.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Delivery within Dubai, additional charges apply to other emirates.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Prices are subject to change based on market fluctuations.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